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הִפִּיל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רָצוּ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הוֹרִידוּ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נוֹלְדָה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מסכם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השלמת משפטים.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המילה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הילד ___ את הכוס בטעות. (נ־פ־ל,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יִפֹּל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נָפַל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אתמול הילדים ___ ארמון בחול. (ב־נ־י/ה,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יִבְנוּ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בּוֹנִים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בָּנוּ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אתמול הם ___ מהר לאוטובוס. (ר־י/ו־ץ,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רָצִים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רָצוּ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יָרוּצוּ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הם ___ את הכיסאות מהבמה. (י/ו־ר־ד,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יָרְדוּ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הוֹרִידוּ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מוֹרִידִים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התינוקת ___ באביב. (י/ו־ל־ד, נפעל,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יָלְדָה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נוֹלְדָה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תּוֹלִיד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שַׂמְתִּי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יָשַׁבְנוּ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נִבְנָה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הפועל: קָם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„זָז”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השלמת משפטים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