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מסכם · משחק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🎯 מטרה: גרסה מודפסת של המשחק: חילוץ שורשים, מיון וזיכרון.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⏱️ זמן מומלץ: 30 דקות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👥 מסלול: חנ״מ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המוסכמה בערכה: אות נחה או חסרה נרשמת כ־י/ו (פ״י/ו, ע״ו/י) או י/ה (ל״ה/י); בתשובות התלמידים יש לקבל גם ו׳ או י׳ לבד (למשל ק־ו־ם, ש־י־ר, ב־נ־ה), וגם נ־ג־ש / נ־פ־ל בפ״נ.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רצוי להפעיל את הדף אחרי הפעילות המקבילה באתר: 🎮 משחק (מסכם).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תזכורת: גָּבַהּ, תָּמַהּ (ה׳ במפיק) – שורשים שלמים.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בגרסה זו: פחות פריטים, בנק מילים, אותיות גדולות. אפשר להקריא כל שאלה בקול.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אין צורך במגבלת זמן; מומלץ לעבוד חלק אחר חלק.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ג – ש־י/ו־ר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 – כ־י/ו־ן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 – ר־י/ו־ם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🔵 ל״ה/י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נִבְנָה, צִפּוּ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🟢 פ״י/ו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אִישַׁן, נוֹלַד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🟠 ע״ו/י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הֵרִים, מְעִירָה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🟣 פ״נ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 – ש־י/ו־ר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ד – ע־י/ו־ר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 – ר־י/ו־ץ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ג – ז־י/ו־ז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צעדים בסדר נכון, שורש נכון, נימוק לפי סימן (דגש / אות נחה / „הוא אתמול”).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🎮 מסכם · משחק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בדף הזה נתרגל משחק. אפשר להיעזר בבנק המילים. עובדים לאט, שלב אחרי שלב. 🙂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🧺 בנק מילים – אפשר להיעזר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בנק מילים: ב־י/ו־ן  |  ב־נ־י/ה  |  ז־י/ו־ז  |  ט־י/ו־ס  |  י/ו־ב־ל  |  י/ו־ד־ע  |  י/ו־ל־ד  |  י/ו־ס־ף  |  י/ו־ר־ד  |  י/ו־ש־ב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סבב 1: מבצע חילוץ שורשים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בחרו את השורש הנכון. כל תשובה נכונה = ⭐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1. מה השורש של „לָשִׁיר”?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ש־ר־י/ה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נ־ש־ר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ש־י/ו־ר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2. מה השורש של „הֵכִין”?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כ־י/ו־ן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י/ו־כ־ן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כ־ן־י/ה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3. מה השורש של „הֵרִים”?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ר־י/ו־ם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נ־ר־ם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י/ו־ר־ם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סבב 2: מיון מהיר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כתבו כל פועל מבנק המילים בעמודה של הגזרה שלו.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בנק מילים: הֵרִים  |  אִישַׁן  |  נִבְנָה  |  מְעִירָה  |  נוֹלַד  |  צִפּוּ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🔵 ל״ה/י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🟢 פ״י/ו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🟠 ע״ו/י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🟣 פ״נ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סבב 3: זוגות זיכרון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התאימו לכל פועל את השורש שלו: כתבו את האות של התשובה.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אות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לָשִׁיר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א. ש־י/ו־ר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מְעִירָה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ב. ר־י/ו־ץ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רָץ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ג. ז־י/ו־ז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זָז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ד. ע־י/ו־ר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המציאו קלפי משחק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המציאו 4 קלפים חדשים למשחק: בכל קלף פועל במשפט קצר, ומאחור – השורש והגזרה.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פועל אחד מכל גזרה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משפטים מחיי בית הספר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השורש של „טָסָה” הוא: 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הסימן שהכי עוזר לי לזהות את הגזרה: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דבר אחד שעדיין מבלבל אותי: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מסכם · משחק – דף תרגול (חנ״מ)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