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הוֹבִיל, הוֹרִידָה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הֵזִיזוּ, שָׁרָה, הֵרִים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הִגַּשְׁנוּ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מסכם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משחק.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„הִצִּיל”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נ־צ־ל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י/ו־צ־ל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„יָשַׁבְנוּ”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י/ו־ש־ב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ש־ב־י/ה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נ־ש־ב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„הוֹדִיעוּ”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ד־ע־י/ה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י/ו־ד־ע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נ־ד־ע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„יָרַד”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ר־ד־י/ה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נ־ר־ד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י/ו־ר־ד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שימו כל מילה בעמודה הנכונה.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הוֹרִידָה  |  הֵרִים  |  בָּנוּ  |  שָׁרָה  |  הֵזִיזוּ  |  הִגַּשְׁנוּ  |  הוֹבִיל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י/ו־ר־ד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הֵקִימוּ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ש־ת־י/ה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פ־נ־י/ה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ק־י/ו־ם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„יָקוּם”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משחק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