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🎮 משחק (מסכם).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צִפּוּ, הִפְנָה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הוֹדִיעוּ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עוֹדְדָה, יָקוּם, מוֹטַט, רָץ, הֵכִין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ר־י/ו־ץ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י/ו־ס־ד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מסכם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משחק – מסכם: כל הגזרות יחד.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השורש של „הִפִּילָה”?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פ־ל־י/ה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י/ו־פ־ל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נ־פ־ל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פ־י/ו־ל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השורש של „הֵזִיזוּ”?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ז־ז־י/ה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נ־ז־ז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י/ו־ז־ז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ז־י/ו־ז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„נִגַּשׁ”?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נ־ג־ש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ג־ש־י/ה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י/ו־ג־ש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ג־י/ו־ש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„יִפֹּל”?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פ־ל־י/ה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י/ו־פ־ל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פ־י/ו־ל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נ־פ־ל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השורש של „יָרַד”?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נ־ר־ד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ר־י/ו־ד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ר־ד־י/ה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י/ו־ר־ד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מבנק המילים בעמודה של הגזרה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רָץ  |  הִפְנָה  |  צִפּוּ  |  יָקוּם  |  עוֹדְדָה  |  הוֹדִיעוּ  |  מוֹטַט  |  הֵכִין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🔵 ל״ה/י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🟢 פ״י/ו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🟠 ע״ו/י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🟣 פ״נ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יָשַׁבְנוּ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ב־נ־י/ה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ק־י/ו־ם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לִבְנוֹת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ר־י/ו־ץ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הֵרִים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י/ו־ש־ב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י/ו־ס־ד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נוֹסַד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ר־י/ו־ם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מחיי בית הספר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„שָׁתָה”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משחק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