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 · הפעיל · נשארו: ו־ש־ב · שורש: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הִכִּיר · הפעיל · נשארו: כּ־ר · שורש: 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 · הפעיל · נשארו: ו־ב־ל · שורש: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מסכם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הוֹשִׁיב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הִכַּרְתִּי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הִכִּיר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הוֹבִיל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מה השורש של „יָקוּם”?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ק־ם־י/ה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י/ו־ק־ם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מה השורש של „כִּבָּה”?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י/ו־כ־ב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כ־ב־י/ה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נ־כ־ב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